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20"/>
      </w:tblGrid>
      <w:tr w:rsidR="00B940F3" w14:paraId="638F5361" w14:textId="77777777">
        <w:trPr>
          <w:jc w:val="center"/>
        </w:trPr>
        <w:tc>
          <w:tcPr>
            <w:tcW w:w="86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4F4F4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36CFF8FA" w14:textId="77777777" w:rsidR="00B940F3" w:rsidRDefault="00294B67">
            <w:pPr>
              <w:jc w:val="center"/>
            </w:pPr>
            <w:r>
              <w:rPr>
                <w:rFonts w:ascii="Arial" w:hAnsi="Arial"/>
                <w:i/>
                <w:color w:val="646464"/>
                <w:sz w:val="20"/>
              </w:rPr>
              <w:t>PAPER OFICIAL DE L'ENTITAT O SEGELL</w:t>
            </w:r>
          </w:p>
        </w:tc>
      </w:tr>
    </w:tbl>
    <w:p w14:paraId="0C7E91CC" w14:textId="77777777" w:rsidR="00B940F3" w:rsidRDefault="00B940F3">
      <w:pPr>
        <w:spacing w:before="240"/>
      </w:pPr>
    </w:p>
    <w:p w14:paraId="6EAC059D" w14:textId="77777777" w:rsidR="00B940F3" w:rsidRDefault="00294B67" w:rsidP="001337AA">
      <w:r>
        <w:rPr>
          <w:rFonts w:ascii="Arial" w:hAnsi="Arial"/>
          <w:b/>
          <w:color w:val="B31B1B"/>
          <w:sz w:val="32"/>
        </w:rPr>
        <w:t>CERTIFICAT DE SOCI / SÒCIA</w:t>
      </w:r>
    </w:p>
    <w:p w14:paraId="58605550" w14:textId="77777777" w:rsidR="00B940F3" w:rsidRDefault="00294B67">
      <w:pPr>
        <w:spacing w:line="360" w:lineRule="auto"/>
      </w:pPr>
      <w:r>
        <w:rPr>
          <w:rFonts w:ascii="Arial" w:hAnsi="Arial"/>
        </w:rPr>
        <w:br/>
        <w:t>En/Na ___________________________________________________________, amb DNI __________________, com a President/a de l'entitat: ___________________________________________________________</w:t>
      </w:r>
      <w:r>
        <w:rPr>
          <w:rFonts w:ascii="Arial" w:hAnsi="Arial"/>
        </w:rPr>
        <w:br/>
      </w:r>
      <w:r>
        <w:rPr>
          <w:rFonts w:ascii="Arial" w:hAnsi="Arial"/>
        </w:rPr>
        <w:br/>
      </w:r>
      <w:r>
        <w:rPr>
          <w:rFonts w:ascii="Arial" w:hAnsi="Arial"/>
          <w:b/>
          <w:color w:val="B31B1B"/>
          <w:sz w:val="24"/>
        </w:rPr>
        <w:t>CERTIFICA:</w:t>
      </w:r>
      <w:r>
        <w:rPr>
          <w:rFonts w:ascii="Arial" w:hAnsi="Arial"/>
          <w:b/>
          <w:color w:val="B31B1B"/>
          <w:sz w:val="24"/>
        </w:rPr>
        <w:br/>
      </w:r>
      <w:r>
        <w:rPr>
          <w:rFonts w:ascii="Arial" w:hAnsi="Arial"/>
          <w:b/>
          <w:color w:val="B31B1B"/>
          <w:sz w:val="24"/>
        </w:rPr>
        <w:br/>
      </w:r>
      <w:r>
        <w:rPr>
          <w:rFonts w:ascii="Arial" w:hAnsi="Arial"/>
        </w:rPr>
        <w:t>Que En/Na ___________________________________________________________, amb DNI ________________________, domiciliat/da a ___________________________________________________________, i telèfon ________________________, és soci/a actualment de la nostra entitat.</w:t>
      </w:r>
      <w:r>
        <w:rPr>
          <w:rFonts w:ascii="Arial" w:hAnsi="Arial"/>
        </w:rPr>
        <w:br/>
      </w:r>
      <w:r>
        <w:rPr>
          <w:rFonts w:ascii="Arial" w:hAnsi="Arial"/>
        </w:rPr>
        <w:br/>
        <w:t>Va ser donat/da d'alta en data ______________ i actualment està federat/da amb el número de llicència ______________________.</w:t>
      </w:r>
      <w:r>
        <w:rPr>
          <w:rFonts w:ascii="Arial" w:hAnsi="Arial"/>
        </w:rPr>
        <w:br/>
      </w:r>
      <w:r>
        <w:rPr>
          <w:rFonts w:ascii="Arial" w:hAnsi="Arial"/>
        </w:rPr>
        <w:br/>
      </w:r>
    </w:p>
    <w:p w14:paraId="02B5D2E1" w14:textId="77777777" w:rsidR="00B940F3" w:rsidRDefault="00294B67">
      <w:r>
        <w:rPr>
          <w:rFonts w:ascii="Arial" w:hAnsi="Arial"/>
          <w:i/>
        </w:rPr>
        <w:t>________________________, ______ de ________________ de 202_</w:t>
      </w:r>
      <w:r>
        <w:rPr>
          <w:rFonts w:ascii="Arial" w:hAnsi="Arial"/>
          <w:i/>
        </w:rPr>
        <w:br/>
      </w:r>
      <w:r>
        <w:rPr>
          <w:rFonts w:ascii="Arial" w:hAnsi="Arial"/>
          <w:i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25"/>
      </w:tblGrid>
      <w:tr w:rsidR="00B940F3" w:rsidRPr="001337AA" w14:paraId="6AA564E2" w14:textId="77777777">
        <w:trPr>
          <w:jc w:val="center"/>
        </w:trPr>
        <w:tc>
          <w:tcPr>
            <w:tcW w:w="8640" w:type="dxa"/>
            <w:tcBorders>
              <w:left w:val="single" w:sz="12" w:space="0" w:color="B31B1B"/>
            </w:tcBorders>
            <w:shd w:val="clear" w:color="auto" w:fill="F4F4F4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67BC09" w14:textId="77777777" w:rsidR="00B940F3" w:rsidRPr="001337AA" w:rsidRDefault="00294B67">
            <w:pPr>
              <w:jc w:val="center"/>
              <w:rPr>
                <w:lang w:val="it-IT"/>
              </w:rPr>
            </w:pPr>
            <w:r w:rsidRPr="001337AA">
              <w:rPr>
                <w:rFonts w:ascii="Arial" w:hAnsi="Arial"/>
                <w:b/>
                <w:sz w:val="20"/>
                <w:lang w:val="it-IT"/>
              </w:rPr>
              <w:t>Segell de l'entitat i signatura del/la President/a</w:t>
            </w:r>
            <w:r w:rsidRPr="001337AA">
              <w:rPr>
                <w:rFonts w:ascii="Arial" w:hAnsi="Arial"/>
                <w:b/>
                <w:sz w:val="20"/>
                <w:lang w:val="it-IT"/>
              </w:rPr>
              <w:br/>
            </w:r>
            <w:r w:rsidRPr="001337AA">
              <w:rPr>
                <w:rFonts w:ascii="Arial" w:hAnsi="Arial"/>
                <w:b/>
                <w:sz w:val="20"/>
                <w:lang w:val="it-IT"/>
              </w:rPr>
              <w:br/>
            </w:r>
            <w:r w:rsidRPr="001337AA">
              <w:rPr>
                <w:rFonts w:ascii="Arial" w:hAnsi="Arial"/>
                <w:b/>
                <w:sz w:val="20"/>
                <w:lang w:val="it-IT"/>
              </w:rPr>
              <w:br/>
            </w:r>
            <w:r w:rsidRPr="001337AA">
              <w:rPr>
                <w:rFonts w:ascii="Arial" w:hAnsi="Arial"/>
                <w:b/>
                <w:sz w:val="20"/>
                <w:lang w:val="it-IT"/>
              </w:rPr>
              <w:br/>
            </w:r>
          </w:p>
        </w:tc>
      </w:tr>
    </w:tbl>
    <w:p w14:paraId="661C2B1C" w14:textId="77777777" w:rsidR="00294B67" w:rsidRPr="001337AA" w:rsidRDefault="00294B67">
      <w:pPr>
        <w:rPr>
          <w:lang w:val="it-IT"/>
        </w:rPr>
      </w:pPr>
    </w:p>
    <w:sectPr w:rsidR="00294B67" w:rsidRPr="001337A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768921">
    <w:abstractNumId w:val="8"/>
  </w:num>
  <w:num w:numId="2" w16cid:durableId="833450594">
    <w:abstractNumId w:val="6"/>
  </w:num>
  <w:num w:numId="3" w16cid:durableId="1782987677">
    <w:abstractNumId w:val="5"/>
  </w:num>
  <w:num w:numId="4" w16cid:durableId="1128815340">
    <w:abstractNumId w:val="4"/>
  </w:num>
  <w:num w:numId="5" w16cid:durableId="1041784077">
    <w:abstractNumId w:val="7"/>
  </w:num>
  <w:num w:numId="6" w16cid:durableId="1357386935">
    <w:abstractNumId w:val="3"/>
  </w:num>
  <w:num w:numId="7" w16cid:durableId="514459354">
    <w:abstractNumId w:val="2"/>
  </w:num>
  <w:num w:numId="8" w16cid:durableId="1026753609">
    <w:abstractNumId w:val="1"/>
  </w:num>
  <w:num w:numId="9" w16cid:durableId="432172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7AA"/>
    <w:rsid w:val="0015074B"/>
    <w:rsid w:val="00294B67"/>
    <w:rsid w:val="0029639D"/>
    <w:rsid w:val="00326F90"/>
    <w:rsid w:val="00AA1D8D"/>
    <w:rsid w:val="00B47730"/>
    <w:rsid w:val="00B940F3"/>
    <w:rsid w:val="00CB0664"/>
    <w:rsid w:val="00D148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14309"/>
  <w14:defaultImageDpi w14:val="300"/>
  <w15:docId w15:val="{09DD2B22-A53B-404F-9672-CC3B4AA53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Lluís Català</cp:lastModifiedBy>
  <cp:revision>2</cp:revision>
  <dcterms:created xsi:type="dcterms:W3CDTF">2026-09-30T14:00:00Z</dcterms:created>
  <dcterms:modified xsi:type="dcterms:W3CDTF">2026-09-30T14:00:00Z</dcterms:modified>
  <cp:category/>
</cp:coreProperties>
</file>