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2931" w14:textId="77777777" w:rsidR="00511BEB" w:rsidRPr="0080350E" w:rsidRDefault="00180E47">
      <w:pPr>
        <w:jc w:val="center"/>
      </w:pPr>
      <w:r w:rsidRPr="0080350E">
        <w:rPr>
          <w:rFonts w:ascii="Arial" w:hAnsi="Arial"/>
          <w:b/>
          <w:color w:val="B31B1B"/>
          <w:sz w:val="32"/>
        </w:rPr>
        <w:t>PRESENTACIÓ DE CANDIDATURES</w:t>
      </w:r>
      <w:r w:rsidRPr="0080350E">
        <w:rPr>
          <w:rFonts w:ascii="Arial" w:hAnsi="Arial"/>
          <w:b/>
          <w:color w:val="B31B1B"/>
          <w:sz w:val="32"/>
        </w:rPr>
        <w:br/>
      </w:r>
      <w:r w:rsidRPr="0080350E">
        <w:rPr>
          <w:rFonts w:ascii="Arial" w:hAnsi="Arial"/>
          <w:b/>
          <w:sz w:val="24"/>
        </w:rPr>
        <w:t>Federació d'Entitats Excursionistes de Catalunya – FEEC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1"/>
      </w:tblGrid>
      <w:tr w:rsidR="00511BEB" w:rsidRPr="0080350E" w14:paraId="65B750D5" w14:textId="77777777">
        <w:trPr>
          <w:jc w:val="center"/>
        </w:trPr>
        <w:tc>
          <w:tcPr>
            <w:tcW w:w="8640" w:type="dxa"/>
            <w:tcBorders>
              <w:top w:val="single" w:sz="4" w:space="0" w:color="CCCCCC"/>
              <w:left w:val="single" w:sz="16" w:space="0" w:color="B31B1B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4A33F0" w14:textId="6D1E376C" w:rsidR="00511BEB" w:rsidRPr="0080350E" w:rsidRDefault="00180E47">
            <w:pPr>
              <w:spacing w:line="312" w:lineRule="auto"/>
            </w:pPr>
            <w:r w:rsidRPr="0080350E">
              <w:rPr>
                <w:rFonts w:ascii="Arial" w:hAnsi="Arial"/>
                <w:b/>
                <w:color w:val="B31B1B"/>
              </w:rPr>
              <w:t xml:space="preserve">CANDIDATURA A VEGUER/A </w:t>
            </w:r>
            <w:r w:rsidR="0080350E" w:rsidRPr="0080350E">
              <w:rPr>
                <w:rFonts w:ascii="Arial" w:hAnsi="Arial"/>
                <w:b/>
                <w:color w:val="B31B1B"/>
              </w:rPr>
              <w:t>/</w:t>
            </w:r>
            <w:r w:rsidRPr="0080350E">
              <w:rPr>
                <w:rFonts w:ascii="Arial" w:hAnsi="Arial"/>
                <w:b/>
                <w:color w:val="B31B1B"/>
              </w:rPr>
              <w:t xml:space="preserve"> REPRESENTANT TERRITORIAL</w:t>
            </w:r>
            <w:r w:rsidRPr="0080350E">
              <w:rPr>
                <w:rFonts w:ascii="Arial" w:hAnsi="Arial"/>
                <w:b/>
                <w:color w:val="B31B1B"/>
              </w:rPr>
              <w:br/>
            </w:r>
            <w:r w:rsidRPr="0080350E">
              <w:rPr>
                <w:rFonts w:ascii="Arial" w:hAnsi="Arial"/>
                <w:b/>
                <w:color w:val="B31B1B"/>
              </w:rPr>
              <w:br/>
            </w:r>
            <w:r w:rsidRPr="0080350E">
              <w:rPr>
                <w:rFonts w:ascii="Arial" w:hAnsi="Arial"/>
              </w:rPr>
              <w:t xml:space="preserve">En/Na ___________________________________________________________, amb DNI __________________, domiciliat/da a ___________________________________________________________, amb telèfon __________________, i sent soci/a de l'entitat ___________________________________________________________, </w:t>
            </w:r>
            <w:r w:rsidRPr="0080350E">
              <w:rPr>
                <w:rFonts w:ascii="Arial" w:hAnsi="Arial"/>
              </w:rPr>
              <w:t>presento la meva candidatura a les ELECCIONS de Veguer/a o Representant Territorial de la Divisió Territorial __________________________________ a realitzar el dia ______ de ________________ de 202_.</w:t>
            </w:r>
            <w:r w:rsidRPr="0080350E">
              <w:rPr>
                <w:rFonts w:ascii="Arial" w:hAnsi="Arial"/>
              </w:rPr>
              <w:br/>
            </w:r>
            <w:r w:rsidRPr="0080350E">
              <w:rPr>
                <w:rFonts w:ascii="Arial" w:hAnsi="Arial"/>
              </w:rPr>
              <w:br/>
            </w:r>
            <w:r w:rsidRPr="0080350E">
              <w:rPr>
                <w:rFonts w:ascii="Arial" w:hAnsi="Arial"/>
                <w:i/>
                <w:sz w:val="20"/>
              </w:rPr>
              <w:t>Signatura:</w:t>
            </w:r>
          </w:p>
        </w:tc>
      </w:tr>
    </w:tbl>
    <w:p w14:paraId="44A4E2A1" w14:textId="77777777" w:rsidR="00511BEB" w:rsidRPr="0080350E" w:rsidRDefault="00511BE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1"/>
      </w:tblGrid>
      <w:tr w:rsidR="00511BEB" w:rsidRPr="0080350E" w14:paraId="34AE5846" w14:textId="77777777">
        <w:trPr>
          <w:jc w:val="center"/>
        </w:trPr>
        <w:tc>
          <w:tcPr>
            <w:tcW w:w="8640" w:type="dxa"/>
            <w:tcBorders>
              <w:top w:val="single" w:sz="4" w:space="0" w:color="CCCCCC"/>
              <w:left w:val="single" w:sz="16" w:space="0" w:color="B31B1B"/>
              <w:bottom w:val="single" w:sz="4" w:space="0" w:color="CCCCCC"/>
              <w:right w:val="single" w:sz="4" w:space="0" w:color="CCCCCC"/>
            </w:tcBorders>
            <w:shd w:val="clear" w:color="auto" w:fill="F4F4F4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971FDF" w14:textId="62C49D68" w:rsidR="0049541C" w:rsidRPr="0080350E" w:rsidRDefault="00180E47">
            <w:pPr>
              <w:spacing w:line="312" w:lineRule="auto"/>
              <w:rPr>
                <w:rFonts w:ascii="Arial" w:hAnsi="Arial"/>
                <w:i/>
                <w:sz w:val="20"/>
              </w:rPr>
            </w:pPr>
            <w:r w:rsidRPr="0080350E">
              <w:rPr>
                <w:rFonts w:ascii="Arial" w:hAnsi="Arial"/>
                <w:b/>
                <w:color w:val="B31B1B"/>
              </w:rPr>
              <w:t>CANDIDATURA A SOTS</w:t>
            </w:r>
            <w:r w:rsidRPr="0080350E">
              <w:rPr>
                <w:rFonts w:ascii="Arial" w:hAnsi="Arial"/>
                <w:b/>
                <w:color w:val="B31B1B"/>
              </w:rPr>
              <w:t>VEGUER/A</w:t>
            </w:r>
            <w:r w:rsidRPr="0080350E">
              <w:rPr>
                <w:rFonts w:ascii="Arial" w:hAnsi="Arial"/>
                <w:b/>
                <w:color w:val="B31B1B"/>
              </w:rPr>
              <w:br/>
            </w:r>
            <w:r w:rsidRPr="0080350E">
              <w:rPr>
                <w:rFonts w:ascii="Arial" w:hAnsi="Arial"/>
                <w:b/>
                <w:color w:val="B31B1B"/>
              </w:rPr>
              <w:br/>
            </w:r>
            <w:r w:rsidRPr="0080350E">
              <w:rPr>
                <w:rFonts w:ascii="Arial" w:hAnsi="Arial"/>
              </w:rPr>
              <w:t>En/Na ___________________________________________________________, amb DNI __________________, domiciliat/da a ___________________________________________________________, amb telèfon __________________, i sent soci/a de l'entitat ___________________________________________________________, presento la meva candidatura de Sots-Veguer/a de la Divisió Territorial __________________________________ a realitzar el dia ______ de ________________ de 202_.</w:t>
            </w:r>
            <w:r w:rsidRPr="0080350E">
              <w:rPr>
                <w:rFonts w:ascii="Arial" w:hAnsi="Arial"/>
              </w:rPr>
              <w:br/>
            </w:r>
            <w:r w:rsidRPr="0080350E">
              <w:rPr>
                <w:rFonts w:ascii="Arial" w:hAnsi="Arial"/>
              </w:rPr>
              <w:br/>
            </w:r>
            <w:r w:rsidRPr="0080350E">
              <w:rPr>
                <w:rFonts w:ascii="Arial" w:hAnsi="Arial"/>
                <w:i/>
                <w:sz w:val="20"/>
              </w:rPr>
              <w:t>Signatura:</w:t>
            </w:r>
          </w:p>
        </w:tc>
      </w:tr>
    </w:tbl>
    <w:p w14:paraId="1F7D39FE" w14:textId="77777777" w:rsidR="00511BEB" w:rsidRPr="0080350E" w:rsidRDefault="00511BEB"/>
    <w:p w14:paraId="0FDB914B" w14:textId="77777777" w:rsidR="00E773C1" w:rsidRDefault="00180E47">
      <w:pPr>
        <w:rPr>
          <w:rFonts w:ascii="Arial" w:hAnsi="Arial"/>
          <w:b/>
        </w:rPr>
      </w:pPr>
      <w:r w:rsidRPr="0080350E">
        <w:rPr>
          <w:rFonts w:ascii="Arial" w:hAnsi="Arial"/>
          <w:i/>
        </w:rPr>
        <w:t>________________________, ______ de ________________ de 202_</w:t>
      </w:r>
      <w:r w:rsidRPr="0080350E">
        <w:rPr>
          <w:rFonts w:ascii="Arial" w:hAnsi="Arial"/>
          <w:i/>
        </w:rPr>
        <w:br/>
      </w:r>
    </w:p>
    <w:p w14:paraId="22268078" w14:textId="0ED80244" w:rsidR="00511BEB" w:rsidRPr="0080350E" w:rsidRDefault="00180E47">
      <w:r w:rsidRPr="0080350E">
        <w:rPr>
          <w:rFonts w:ascii="Arial" w:hAnsi="Arial"/>
          <w:b/>
        </w:rPr>
        <w:t>Documentació adjunta requerida: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7823"/>
      </w:tblGrid>
      <w:tr w:rsidR="00511BEB" w:rsidRPr="0080350E" w14:paraId="6937DC3C" w14:textId="77777777" w:rsidTr="0080350E">
        <w:tc>
          <w:tcPr>
            <w:tcW w:w="817" w:type="dxa"/>
          </w:tcPr>
          <w:p w14:paraId="3A1B421A" w14:textId="77390B0B" w:rsidR="00511BEB" w:rsidRPr="0080350E" w:rsidRDefault="00180E47" w:rsidP="0080350E">
            <w:pPr>
              <w:tabs>
                <w:tab w:val="right" w:pos="4104"/>
              </w:tabs>
            </w:pPr>
            <w:r w:rsidRPr="0080350E">
              <w:rPr>
                <w:rFonts w:ascii="Arial" w:hAnsi="Arial"/>
                <w:b/>
              </w:rPr>
              <w:t>[  ]</w:t>
            </w:r>
          </w:p>
        </w:tc>
        <w:tc>
          <w:tcPr>
            <w:tcW w:w="7823" w:type="dxa"/>
          </w:tcPr>
          <w:p w14:paraId="42C3B65D" w14:textId="77777777" w:rsidR="00511BEB" w:rsidRPr="0080350E" w:rsidRDefault="00180E47">
            <w:r w:rsidRPr="0080350E">
              <w:rPr>
                <w:rFonts w:ascii="Arial" w:hAnsi="Arial"/>
              </w:rPr>
              <w:t>Certificats de les Entitats.</w:t>
            </w:r>
          </w:p>
        </w:tc>
      </w:tr>
      <w:tr w:rsidR="00511BEB" w:rsidRPr="0080350E" w14:paraId="04CA22E9" w14:textId="77777777" w:rsidTr="0080350E">
        <w:tc>
          <w:tcPr>
            <w:tcW w:w="817" w:type="dxa"/>
          </w:tcPr>
          <w:p w14:paraId="1F08CA75" w14:textId="77777777" w:rsidR="00511BEB" w:rsidRPr="0080350E" w:rsidRDefault="00180E47">
            <w:r w:rsidRPr="0080350E">
              <w:rPr>
                <w:rFonts w:ascii="Arial" w:hAnsi="Arial"/>
                <w:b/>
              </w:rPr>
              <w:t>[  ]</w:t>
            </w:r>
          </w:p>
        </w:tc>
        <w:tc>
          <w:tcPr>
            <w:tcW w:w="7823" w:type="dxa"/>
          </w:tcPr>
          <w:p w14:paraId="2F4BAA1F" w14:textId="77777777" w:rsidR="00511BEB" w:rsidRPr="0080350E" w:rsidRDefault="00180E47">
            <w:r w:rsidRPr="0080350E">
              <w:rPr>
                <w:rFonts w:ascii="Arial" w:hAnsi="Arial"/>
              </w:rPr>
              <w:t>Fotocòpia dels DNI.</w:t>
            </w:r>
          </w:p>
        </w:tc>
      </w:tr>
    </w:tbl>
    <w:p w14:paraId="59A9E83C" w14:textId="77777777" w:rsidR="00180E47" w:rsidRDefault="00180E47"/>
    <w:sectPr w:rsidR="00180E47" w:rsidSect="00E773C1">
      <w:pgSz w:w="12240" w:h="15840"/>
      <w:pgMar w:top="1440" w:right="1797" w:bottom="85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348170">
    <w:abstractNumId w:val="8"/>
  </w:num>
  <w:num w:numId="2" w16cid:durableId="1532765229">
    <w:abstractNumId w:val="6"/>
  </w:num>
  <w:num w:numId="3" w16cid:durableId="1696232485">
    <w:abstractNumId w:val="5"/>
  </w:num>
  <w:num w:numId="4" w16cid:durableId="129516303">
    <w:abstractNumId w:val="4"/>
  </w:num>
  <w:num w:numId="5" w16cid:durableId="1062019485">
    <w:abstractNumId w:val="7"/>
  </w:num>
  <w:num w:numId="6" w16cid:durableId="144400224">
    <w:abstractNumId w:val="3"/>
  </w:num>
  <w:num w:numId="7" w16cid:durableId="1672953145">
    <w:abstractNumId w:val="2"/>
  </w:num>
  <w:num w:numId="8" w16cid:durableId="806166701">
    <w:abstractNumId w:val="1"/>
  </w:num>
  <w:num w:numId="9" w16cid:durableId="92334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E47"/>
    <w:rsid w:val="0029639D"/>
    <w:rsid w:val="00326F90"/>
    <w:rsid w:val="0049541C"/>
    <w:rsid w:val="00511BEB"/>
    <w:rsid w:val="0080350E"/>
    <w:rsid w:val="00AA1D8D"/>
    <w:rsid w:val="00B47730"/>
    <w:rsid w:val="00CB0664"/>
    <w:rsid w:val="00D14885"/>
    <w:rsid w:val="00E773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15287"/>
  <w14:defaultImageDpi w14:val="300"/>
  <w15:docId w15:val="{09DD2B22-A53B-404F-9672-CC3B4AA5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Lluís Català</cp:lastModifiedBy>
  <cp:revision>2</cp:revision>
  <dcterms:created xsi:type="dcterms:W3CDTF">2026-09-30T14:17:00Z</dcterms:created>
  <dcterms:modified xsi:type="dcterms:W3CDTF">2026-09-30T14:17:00Z</dcterms:modified>
  <cp:category/>
</cp:coreProperties>
</file>