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20"/>
      </w:tblGrid>
      <w:tr w:rsidR="00AD1D4D" w:rsidRPr="00C24BCE" w14:paraId="253DB3A1" w14:textId="77777777">
        <w:trPr>
          <w:jc w:val="center"/>
        </w:trPr>
        <w:tc>
          <w:tcPr>
            <w:tcW w:w="8640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F4F4F4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381C0021" w14:textId="77777777" w:rsidR="00AD1D4D" w:rsidRPr="00C24BCE" w:rsidRDefault="00D623EF">
            <w:pPr>
              <w:jc w:val="center"/>
            </w:pPr>
            <w:r w:rsidRPr="00C24BCE">
              <w:rPr>
                <w:rFonts w:ascii="Arial" w:hAnsi="Arial"/>
                <w:i/>
                <w:color w:val="646464"/>
                <w:sz w:val="20"/>
              </w:rPr>
              <w:t>PAPER OFICIAL DE L'ENTITAT O SEGELL</w:t>
            </w:r>
          </w:p>
        </w:tc>
      </w:tr>
    </w:tbl>
    <w:p w14:paraId="4B20DF76" w14:textId="77777777" w:rsidR="00AD1D4D" w:rsidRPr="00C24BCE" w:rsidRDefault="00AD1D4D">
      <w:pPr>
        <w:spacing w:before="240"/>
      </w:pPr>
    </w:p>
    <w:p w14:paraId="47297FA5" w14:textId="77777777" w:rsidR="00AD1D4D" w:rsidRPr="00C24BCE" w:rsidRDefault="00D623EF" w:rsidP="00C24BCE">
      <w:r w:rsidRPr="00C24BCE">
        <w:rPr>
          <w:rFonts w:ascii="Arial" w:hAnsi="Arial"/>
          <w:b/>
          <w:color w:val="B31B1B"/>
          <w:sz w:val="32"/>
        </w:rPr>
        <w:t>NOMENAMENT DE REPRESENTANT</w:t>
      </w:r>
    </w:p>
    <w:p w14:paraId="4174DBA3" w14:textId="77777777" w:rsidR="00C24BCE" w:rsidRPr="00C24BCE" w:rsidRDefault="00D623EF">
      <w:pPr>
        <w:spacing w:line="360" w:lineRule="auto"/>
        <w:rPr>
          <w:rFonts w:ascii="Arial" w:hAnsi="Arial"/>
        </w:rPr>
      </w:pPr>
      <w:r w:rsidRPr="00C24BCE">
        <w:rPr>
          <w:rFonts w:ascii="Arial" w:hAnsi="Arial"/>
        </w:rPr>
        <w:br/>
        <w:t>En/Na ___________________________________________________________, amb DNI __________________, com a President/a de l'entitat ___________________________________________________________</w:t>
      </w:r>
      <w:r w:rsidRPr="00C24BCE">
        <w:rPr>
          <w:rFonts w:ascii="Arial" w:hAnsi="Arial"/>
        </w:rPr>
        <w:br/>
      </w:r>
      <w:r w:rsidRPr="00C24BCE">
        <w:rPr>
          <w:rFonts w:ascii="Arial" w:hAnsi="Arial"/>
        </w:rPr>
        <w:br/>
      </w:r>
      <w:r w:rsidRPr="00C24BCE">
        <w:rPr>
          <w:rFonts w:ascii="Arial" w:hAnsi="Arial"/>
          <w:b/>
          <w:color w:val="B31B1B"/>
          <w:sz w:val="24"/>
        </w:rPr>
        <w:t xml:space="preserve">NOMENO </w:t>
      </w:r>
      <w:r w:rsidRPr="00C24BCE">
        <w:rPr>
          <w:rFonts w:ascii="Arial" w:hAnsi="Arial"/>
        </w:rPr>
        <w:t>com a representant de l'entitat a l'Assemblea Territorial de la Vegueria</w:t>
      </w:r>
    </w:p>
    <w:p w14:paraId="091225A4" w14:textId="661FC6B3" w:rsidR="00C24BCE" w:rsidRDefault="00D623EF">
      <w:pPr>
        <w:spacing w:line="360" w:lineRule="auto"/>
        <w:rPr>
          <w:rFonts w:ascii="Arial" w:hAnsi="Arial"/>
        </w:rPr>
      </w:pPr>
      <w:r w:rsidRPr="00C24BCE">
        <w:rPr>
          <w:rFonts w:ascii="Arial" w:hAnsi="Arial"/>
        </w:rPr>
        <w:t xml:space="preserve">Regió </w:t>
      </w:r>
      <w:r w:rsidR="00164177">
        <w:rPr>
          <w:rFonts w:ascii="Arial" w:hAnsi="Arial"/>
        </w:rPr>
        <w:t>____</w:t>
      </w:r>
      <w:r w:rsidRPr="00C24BCE">
        <w:rPr>
          <w:rFonts w:ascii="Arial" w:hAnsi="Arial"/>
        </w:rPr>
        <w:t xml:space="preserve"> a:</w:t>
      </w:r>
      <w:r w:rsidRPr="00C24BCE">
        <w:rPr>
          <w:rFonts w:ascii="Arial" w:hAnsi="Arial"/>
        </w:rPr>
        <w:br/>
      </w:r>
    </w:p>
    <w:p w14:paraId="1E12A540" w14:textId="754F94F3" w:rsidR="00AD1D4D" w:rsidRPr="00C24BCE" w:rsidRDefault="00D623EF">
      <w:pPr>
        <w:spacing w:line="360" w:lineRule="auto"/>
      </w:pPr>
      <w:r w:rsidRPr="00C24BCE">
        <w:rPr>
          <w:rFonts w:ascii="Arial" w:hAnsi="Arial"/>
        </w:rPr>
        <w:br/>
        <w:t>En/Na ___________________________________________________________, consoci/consòcia amb DNI __________________, domiciliat/da a ___________________________________________________________, amb telèfon __________________ i correu electrònic ____________________________________, qui assistirà i votarà en el meu nom a les reunions previstes.</w:t>
      </w:r>
      <w:r w:rsidRPr="00C24BCE">
        <w:rPr>
          <w:rFonts w:ascii="Arial" w:hAnsi="Arial"/>
        </w:rPr>
        <w:br/>
      </w:r>
      <w:r w:rsidRPr="00C24BCE">
        <w:rPr>
          <w:rFonts w:ascii="Arial" w:hAnsi="Arial"/>
        </w:rPr>
        <w:br/>
      </w:r>
    </w:p>
    <w:p w14:paraId="4C5A4697" w14:textId="77777777" w:rsidR="00AD1D4D" w:rsidRPr="00C24BCE" w:rsidRDefault="00D623EF">
      <w:r w:rsidRPr="00C24BCE">
        <w:rPr>
          <w:rFonts w:ascii="Arial" w:hAnsi="Arial"/>
          <w:i/>
        </w:rPr>
        <w:t>________________________, ______ de ________________ de 202_</w:t>
      </w:r>
      <w:r w:rsidRPr="00C24BCE">
        <w:rPr>
          <w:rFonts w:ascii="Arial" w:hAnsi="Arial"/>
          <w:i/>
        </w:rPr>
        <w:br/>
      </w:r>
      <w:r w:rsidRPr="00C24BCE">
        <w:rPr>
          <w:rFonts w:ascii="Arial" w:hAnsi="Arial"/>
          <w:i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25"/>
      </w:tblGrid>
      <w:tr w:rsidR="00AD1D4D" w:rsidRPr="00C24BCE" w14:paraId="0E6DBE10" w14:textId="77777777">
        <w:trPr>
          <w:jc w:val="center"/>
        </w:trPr>
        <w:tc>
          <w:tcPr>
            <w:tcW w:w="8640" w:type="dxa"/>
            <w:tcBorders>
              <w:left w:val="single" w:sz="12" w:space="0" w:color="B31B1B"/>
            </w:tcBorders>
            <w:shd w:val="clear" w:color="auto" w:fill="F4F4F4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52ED7E" w14:textId="77777777" w:rsidR="00AD1D4D" w:rsidRPr="00C24BCE" w:rsidRDefault="00D623EF">
            <w:pPr>
              <w:jc w:val="center"/>
            </w:pPr>
            <w:r w:rsidRPr="00C24BCE">
              <w:rPr>
                <w:rFonts w:ascii="Arial" w:hAnsi="Arial"/>
                <w:b/>
                <w:sz w:val="20"/>
              </w:rPr>
              <w:t>Signatura del/la President/a</w:t>
            </w:r>
            <w:r w:rsidRPr="00C24BCE">
              <w:rPr>
                <w:rFonts w:ascii="Arial" w:hAnsi="Arial"/>
                <w:b/>
                <w:sz w:val="20"/>
              </w:rPr>
              <w:br/>
            </w:r>
            <w:r w:rsidRPr="00C24BCE">
              <w:rPr>
                <w:rFonts w:ascii="Arial" w:hAnsi="Arial"/>
                <w:b/>
                <w:sz w:val="20"/>
              </w:rPr>
              <w:br/>
            </w:r>
            <w:r w:rsidRPr="00C24BCE">
              <w:rPr>
                <w:rFonts w:ascii="Arial" w:hAnsi="Arial"/>
                <w:b/>
                <w:sz w:val="20"/>
              </w:rPr>
              <w:br/>
            </w:r>
            <w:r w:rsidRPr="00C24BCE">
              <w:rPr>
                <w:rFonts w:ascii="Arial" w:hAnsi="Arial"/>
                <w:b/>
                <w:sz w:val="20"/>
              </w:rPr>
              <w:br/>
            </w:r>
          </w:p>
        </w:tc>
      </w:tr>
    </w:tbl>
    <w:p w14:paraId="232123A3" w14:textId="77777777" w:rsidR="00D623EF" w:rsidRPr="00C24BCE" w:rsidRDefault="00D623EF">
      <w:pPr>
        <w:rPr>
          <w:lang w:val="it-IT"/>
        </w:rPr>
      </w:pPr>
    </w:p>
    <w:sectPr w:rsidR="00D623EF" w:rsidRPr="00C24BC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1154785">
    <w:abstractNumId w:val="8"/>
  </w:num>
  <w:num w:numId="2" w16cid:durableId="583300005">
    <w:abstractNumId w:val="6"/>
  </w:num>
  <w:num w:numId="3" w16cid:durableId="1874923002">
    <w:abstractNumId w:val="5"/>
  </w:num>
  <w:num w:numId="4" w16cid:durableId="1440486609">
    <w:abstractNumId w:val="4"/>
  </w:num>
  <w:num w:numId="5" w16cid:durableId="1146430236">
    <w:abstractNumId w:val="7"/>
  </w:num>
  <w:num w:numId="6" w16cid:durableId="81420351">
    <w:abstractNumId w:val="3"/>
  </w:num>
  <w:num w:numId="7" w16cid:durableId="111559783">
    <w:abstractNumId w:val="2"/>
  </w:num>
  <w:num w:numId="8" w16cid:durableId="337194348">
    <w:abstractNumId w:val="1"/>
  </w:num>
  <w:num w:numId="9" w16cid:durableId="1667785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4177"/>
    <w:rsid w:val="00184F06"/>
    <w:rsid w:val="0029639D"/>
    <w:rsid w:val="00326F90"/>
    <w:rsid w:val="006D0432"/>
    <w:rsid w:val="00AA1D8D"/>
    <w:rsid w:val="00AD1D4D"/>
    <w:rsid w:val="00B47730"/>
    <w:rsid w:val="00C24BCE"/>
    <w:rsid w:val="00CB0664"/>
    <w:rsid w:val="00D623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0BF6F"/>
  <w14:defaultImageDpi w14:val="300"/>
  <w15:docId w15:val="{0007C7D7-E8F6-466D-89FD-8B8C3CF52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121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Lluís Català</cp:lastModifiedBy>
  <cp:revision>3</cp:revision>
  <dcterms:created xsi:type="dcterms:W3CDTF">2026-09-30T14:22:00Z</dcterms:created>
  <dcterms:modified xsi:type="dcterms:W3CDTF">2026-11-02T14:31:00Z</dcterms:modified>
  <cp:category/>
</cp:coreProperties>
</file>